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Better Managed Buildings</w:t>
      </w:r>
    </w:p>
    <w:p>
      <w:pPr>
        <w:pStyle w:val="Heading2"/>
      </w:pPr>
      <w:r>
        <w:t>06 AI Prompt Pack</w:t>
      </w:r>
    </w:p>
    <w:p>
      <w:r>
        <w:t>Module 1 - Lesson 1</w:t>
      </w:r>
    </w:p>
    <w:p>
      <w:r>
        <w:t>☐ Explain this Fire Risk Assessment in plain English.</w:t>
      </w:r>
    </w:p>
    <w:p>
      <w:r>
        <w:t>☐ Compare these two contractor quotations.</w:t>
      </w:r>
    </w:p>
    <w:p>
      <w:r>
        <w:t>☐ Explain these service charge accounts.</w:t>
      </w:r>
    </w:p>
    <w:p>
      <w:r>
        <w:t>☐ Draft a resident update.</w:t>
      </w:r>
    </w:p>
    <w:p>
      <w:r>
        <w:t>☐ Summarise these meeting minutes.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