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Better Managed Buildings</w:t>
      </w:r>
    </w:p>
    <w:p>
      <w:pPr>
        <w:pStyle w:val="Heading2"/>
      </w:pPr>
      <w:r>
        <w:t>05 Emergency Contacts</w:t>
      </w:r>
    </w:p>
    <w:p>
      <w:r>
        <w:t>Module 1 - Lesson 1</w:t>
      </w:r>
    </w:p>
    <w:p>
      <w:pPr>
        <w:pStyle w:val="Heading3"/>
      </w:pPr>
      <w:r>
        <w:t>Managing Agent</w:t>
      </w:r>
    </w:p>
    <w:p>
      <w:r>
        <w:t>________________________________________</w:t>
      </w:r>
    </w:p>
    <w:p>
      <w:pPr>
        <w:pStyle w:val="Heading3"/>
      </w:pPr>
      <w:r>
        <w:t>Out of Hours</w:t>
      </w:r>
    </w:p>
    <w:p>
      <w:r>
        <w:t>________________________________________</w:t>
      </w:r>
    </w:p>
    <w:p>
      <w:pPr>
        <w:pStyle w:val="Heading3"/>
      </w:pPr>
      <w:r>
        <w:t>Fire Alarm</w:t>
      </w:r>
    </w:p>
    <w:p>
      <w:r>
        <w:t>________________________________________</w:t>
      </w:r>
    </w:p>
    <w:p>
      <w:pPr>
        <w:pStyle w:val="Heading3"/>
      </w:pPr>
      <w:r>
        <w:t>Lift</w:t>
      </w:r>
    </w:p>
    <w:p>
      <w:r>
        <w:t>________________________________________</w:t>
      </w:r>
    </w:p>
    <w:p>
      <w:pPr>
        <w:pStyle w:val="Heading3"/>
      </w:pPr>
      <w:r>
        <w:t>Electrician</w:t>
      </w:r>
    </w:p>
    <w:p>
      <w:r>
        <w:t>________________________________________</w:t>
      </w:r>
    </w:p>
    <w:p>
      <w:pPr>
        <w:pStyle w:val="Heading3"/>
      </w:pPr>
      <w:r>
        <w:t>Plumber</w:t>
      </w:r>
    </w:p>
    <w:p>
      <w:r>
        <w:t>________________________________________</w:t>
      </w:r>
    </w:p>
    <w:p>
      <w:pPr>
        <w:pStyle w:val="Heading3"/>
      </w:pPr>
      <w:r>
        <w:t>Roofer</w:t>
      </w:r>
    </w:p>
    <w:p>
      <w:r>
        <w:t>________________________________________</w:t>
      </w:r>
    </w:p>
    <w:p>
      <w:pPr>
        <w:pStyle w:val="Heading3"/>
      </w:pPr>
      <w:r>
        <w:t>Drainage</w:t>
      </w:r>
    </w:p>
    <w:p>
      <w:r>
        <w:t>________________________________________</w:t>
      </w:r>
    </w:p>
    <w:p>
      <w:pPr>
        <w:pStyle w:val="Heading3"/>
      </w:pPr>
      <w:r>
        <w:t>Insurance</w:t>
      </w:r>
    </w:p>
    <w:p>
      <w:r>
        <w:t>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