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Better Managed Buildings</w:t>
      </w:r>
    </w:p>
    <w:p>
      <w:pPr>
        <w:pStyle w:val="Heading2"/>
      </w:pPr>
      <w:r>
        <w:t>04 Director Contact Register</w:t>
      </w:r>
    </w:p>
    <w:p>
      <w:r>
        <w:t>Module 1 - Lesson 1</w:t>
      </w:r>
    </w:p>
    <w:p>
      <w:pPr>
        <w:pStyle w:val="Heading3"/>
      </w:pPr>
      <w:r>
        <w:t>Director Name</w:t>
      </w:r>
    </w:p>
    <w:p>
      <w:r>
        <w:t>________________________________________</w:t>
      </w:r>
    </w:p>
    <w:p>
      <w:pPr>
        <w:pStyle w:val="Heading3"/>
      </w:pPr>
      <w:r>
        <w:t>Role</w:t>
      </w:r>
    </w:p>
    <w:p>
      <w:r>
        <w:t>________________________________________</w:t>
      </w:r>
    </w:p>
    <w:p>
      <w:pPr>
        <w:pStyle w:val="Heading3"/>
      </w:pPr>
      <w:r>
        <w:t>Email</w:t>
      </w:r>
    </w:p>
    <w:p>
      <w:r>
        <w:t>________________________________________</w:t>
      </w:r>
    </w:p>
    <w:p>
      <w:pPr>
        <w:pStyle w:val="Heading3"/>
      </w:pPr>
      <w:r>
        <w:t>Telephone</w:t>
      </w:r>
    </w:p>
    <w:p>
      <w:r>
        <w:t>________________________________________</w:t>
      </w:r>
    </w:p>
    <w:p>
      <w:pPr>
        <w:pStyle w:val="Heading3"/>
      </w:pPr>
      <w:r>
        <w:t>Appointment Date</w:t>
      </w:r>
    </w:p>
    <w:p>
      <w:r>
        <w:t>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